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pPr>
      <w:r>
        <w:rPr>
          <w:b w:val="0"/>
          <w:i w:val="0"/>
          <w:sz w:val="20"/>
        </w:rPr>
      </w:r>
    </w:p>
    <w:p>
      <w:pPr>
        <w:spacing w:after="80" w:before="0"/>
        <w:jc w:val="center"/>
      </w:pPr>
      <w:r>
        <w:rPr>
          <w:b/>
          <w:i w:val="0"/>
          <w:color w:val="7A0000"/>
          <w:sz w:val="22"/>
        </w:rPr>
        <w:t>SCOUTS BSA • TROOP 121</w:t>
      </w:r>
    </w:p>
    <w:p>
      <w:pPr>
        <w:spacing w:after="0" w:before="0"/>
        <w:jc w:val="center"/>
      </w:pPr>
      <w:r>
        <w:rPr>
          <w:b/>
          <w:i w:val="0"/>
          <w:color w:val="1F3A60"/>
          <w:sz w:val="52"/>
        </w:rPr>
        <w:t>Grubmaster &amp; Quartermaster</w:t>
      </w:r>
    </w:p>
    <w:p>
      <w:pPr>
        <w:spacing w:after="280" w:before="0"/>
        <w:jc w:val="center"/>
      </w:pPr>
      <w:r>
        <w:rPr>
          <w:b/>
          <w:i w:val="0"/>
          <w:color w:val="1F3A60"/>
          <w:sz w:val="52"/>
        </w:rPr>
        <w:t>Patrol Box Binder</w:t>
      </w:r>
    </w:p>
    <w:p>
      <w:pPr>
        <w:spacing w:after="280" w:before="0"/>
        <w:jc w:val="center"/>
      </w:pPr>
      <w:r>
        <w:rPr>
          <w:b/>
          <w:i w:val="0"/>
          <w:color w:val="C8102E"/>
          <w:sz w:val="40"/>
        </w:rPr>
        <w:t>Raccoon Patrol</w:t>
      </w:r>
    </w:p>
    <w:tbl>
      <w:tblPr>
        <w:tblStyle w:val="TableGrid"/>
        <w:tblW w:type="auto" w:w="0"/>
        <w:jc w:val="center"/>
        <w:tblLook w:firstColumn="1" w:firstRow="1" w:lastColumn="0" w:lastRow="0" w:noHBand="0" w:noVBand="1" w:val="04A0"/>
      </w:tblPr>
      <w:tblGrid>
        <w:gridCol w:w="5256"/>
        <w:gridCol w:w="5256"/>
      </w:tblGrid>
      <w:tr>
        <w:tc>
          <w:tcPr>
            <w:tcW w:type="dxa" w:w="3744"/>
            <w:shd w:val="clear" w:color="auto" w:fill="FFD200"/>
          </w:tcPr>
          <w:p>
            <w:r/>
            <w:r>
              <w:rPr>
                <w:b/>
                <w:color w:val="7A0000"/>
                <w:sz w:val="20"/>
              </w:rPr>
              <w:t>Role</w:t>
            </w:r>
          </w:p>
        </w:tc>
        <w:tc>
          <w:tcPr>
            <w:tcW w:type="dxa" w:w="5760"/>
            <w:shd w:val="clear" w:color="auto" w:fill="FFD200"/>
          </w:tcPr>
          <w:p>
            <w:r/>
            <w:r>
              <w:rPr>
                <w:b/>
                <w:color w:val="7A0000"/>
                <w:sz w:val="20"/>
              </w:rPr>
              <w:t>Name (write in)</w:t>
            </w:r>
          </w:p>
        </w:tc>
      </w:tr>
      <w:tr>
        <w:trPr>
          <w:trHeight w:val="461"/>
        </w:trPr>
        <w:tc>
          <w:tcPr>
            <w:tcW w:type="dxa" w:w="3744"/>
          </w:tcPr>
          <w:p>
            <w:r/>
            <w:r>
              <w:rPr>
                <w:sz w:val="20"/>
              </w:rPr>
              <w:t>Patrol Leader</w:t>
            </w:r>
          </w:p>
        </w:tc>
        <w:tc>
          <w:tcPr>
            <w:tcW w:type="dxa" w:w="5760"/>
          </w:tcPr>
          <w:p>
            <w:r/>
            <w:r>
              <w:rPr>
                <w:sz w:val="20"/>
              </w:rPr>
            </w:r>
          </w:p>
        </w:tc>
      </w:tr>
      <w:tr>
        <w:trPr>
          <w:trHeight w:val="461"/>
        </w:trPr>
        <w:tc>
          <w:tcPr>
            <w:tcW w:type="dxa" w:w="3744"/>
          </w:tcPr>
          <w:p>
            <w:r/>
            <w:r>
              <w:rPr>
                <w:sz w:val="20"/>
              </w:rPr>
              <w:t>Assistant Patrol Leader</w:t>
            </w:r>
          </w:p>
        </w:tc>
        <w:tc>
          <w:tcPr>
            <w:tcW w:type="dxa" w:w="5760"/>
          </w:tcPr>
          <w:p>
            <w:r/>
            <w:r>
              <w:rPr>
                <w:sz w:val="20"/>
              </w:rPr>
            </w:r>
          </w:p>
        </w:tc>
      </w:tr>
      <w:tr>
        <w:trPr>
          <w:trHeight w:val="461"/>
        </w:trPr>
        <w:tc>
          <w:tcPr>
            <w:tcW w:type="dxa" w:w="3744"/>
          </w:tcPr>
          <w:p>
            <w:r/>
            <w:r>
              <w:rPr>
                <w:sz w:val="20"/>
              </w:rPr>
              <w:t>Patrol Quartermaster</w:t>
            </w:r>
          </w:p>
        </w:tc>
        <w:tc>
          <w:tcPr>
            <w:tcW w:type="dxa" w:w="5760"/>
          </w:tcPr>
          <w:p>
            <w:r/>
            <w:r>
              <w:rPr>
                <w:sz w:val="20"/>
              </w:rPr>
            </w:r>
          </w:p>
        </w:tc>
      </w:tr>
      <w:tr>
        <w:trPr>
          <w:trHeight w:val="461"/>
        </w:trPr>
        <w:tc>
          <w:tcPr>
            <w:tcW w:type="dxa" w:w="3744"/>
          </w:tcPr>
          <w:p>
            <w:r/>
            <w:r>
              <w:rPr>
                <w:sz w:val="20"/>
              </w:rPr>
              <w:t>Troop Quartermaster</w:t>
            </w:r>
          </w:p>
        </w:tc>
        <w:tc>
          <w:tcPr>
            <w:tcW w:type="dxa" w:w="5760"/>
          </w:tcPr>
          <w:p>
            <w:r/>
            <w:r>
              <w:rPr>
                <w:sz w:val="20"/>
              </w:rPr>
            </w:r>
          </w:p>
        </w:tc>
      </w:tr>
      <w:tr>
        <w:trPr>
          <w:trHeight w:val="461"/>
        </w:trPr>
        <w:tc>
          <w:tcPr>
            <w:tcW w:type="dxa" w:w="3744"/>
          </w:tcPr>
          <w:p>
            <w:r/>
            <w:r>
              <w:rPr>
                <w:sz w:val="20"/>
              </w:rPr>
              <w:t>Grubmaster (this campout)</w:t>
            </w:r>
          </w:p>
        </w:tc>
        <w:tc>
          <w:tcPr>
            <w:tcW w:type="dxa" w:w="5760"/>
          </w:tcPr>
          <w:p>
            <w:r/>
            <w:r>
              <w:rPr>
                <w:sz w:val="20"/>
              </w:rPr>
            </w:r>
          </w:p>
        </w:tc>
      </w:tr>
    </w:tbl>
    <w:p>
      <w:pPr>
        <w:spacing w:after="120" w:before="0"/>
      </w:pPr>
      <w:r>
        <w:rPr>
          <w:b w:val="0"/>
          <w:i w:val="0"/>
          <w:sz w:val="20"/>
        </w:rPr>
      </w:r>
    </w:p>
    <w:p>
      <w:pPr>
        <w:spacing w:after="40" w:before="0"/>
        <w:jc w:val="center"/>
      </w:pPr>
      <w:r>
        <w:rPr>
          <w:b/>
          <w:i w:val="0"/>
          <w:color w:val="1F3A60"/>
          <w:sz w:val="20"/>
        </w:rPr>
        <w:t>Patrol members (write in)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r>
      <w:tr>
        <w:trPr>
          <w:trHeight w:val="403"/>
        </w:trPr>
        <w:tc>
          <w:tcPr>
            <w:tcW w:type="dxa" w:w="576"/>
          </w:tcPr>
          <w:p>
            <w:r/>
            <w:r>
              <w:rPr>
                <w:sz w:val="18"/>
              </w:rPr>
              <w:t>1</w:t>
            </w:r>
          </w:p>
        </w:tc>
        <w:tc>
          <w:tcPr>
            <w:tcW w:type="dxa" w:w="4176"/>
          </w:tcPr>
          <w:p>
            <w:r/>
            <w:r>
              <w:rPr>
                <w:sz w:val="18"/>
              </w:rPr>
            </w:r>
          </w:p>
        </w:tc>
        <w:tc>
          <w:tcPr>
            <w:tcW w:type="dxa" w:w="576"/>
          </w:tcPr>
          <w:p>
            <w:r/>
            <w:r>
              <w:rPr>
                <w:sz w:val="18"/>
              </w:rPr>
              <w:t>7</w:t>
            </w:r>
          </w:p>
        </w:tc>
        <w:tc>
          <w:tcPr>
            <w:tcW w:type="dxa" w:w="4176"/>
          </w:tcPr>
          <w:p>
            <w:r/>
            <w:r>
              <w:rPr>
                <w:sz w:val="18"/>
              </w:rPr>
            </w:r>
          </w:p>
        </w:tc>
      </w:tr>
      <w:tr>
        <w:trPr>
          <w:trHeight w:val="403"/>
        </w:trPr>
        <w:tc>
          <w:tcPr>
            <w:tcW w:type="dxa" w:w="576"/>
          </w:tcPr>
          <w:p>
            <w:r/>
            <w:r>
              <w:rPr>
                <w:sz w:val="18"/>
              </w:rPr>
              <w:t>2</w:t>
            </w:r>
          </w:p>
        </w:tc>
        <w:tc>
          <w:tcPr>
            <w:tcW w:type="dxa" w:w="4176"/>
          </w:tcPr>
          <w:p>
            <w:r/>
            <w:r>
              <w:rPr>
                <w:sz w:val="18"/>
              </w:rPr>
            </w:r>
          </w:p>
        </w:tc>
        <w:tc>
          <w:tcPr>
            <w:tcW w:type="dxa" w:w="576"/>
          </w:tcPr>
          <w:p>
            <w:r/>
            <w:r>
              <w:rPr>
                <w:sz w:val="18"/>
              </w:rPr>
              <w:t>8</w:t>
            </w:r>
          </w:p>
        </w:tc>
        <w:tc>
          <w:tcPr>
            <w:tcW w:type="dxa" w:w="4176"/>
          </w:tcPr>
          <w:p>
            <w:r/>
            <w:r>
              <w:rPr>
                <w:sz w:val="18"/>
              </w:rPr>
            </w:r>
          </w:p>
        </w:tc>
      </w:tr>
      <w:tr>
        <w:trPr>
          <w:trHeight w:val="403"/>
        </w:trPr>
        <w:tc>
          <w:tcPr>
            <w:tcW w:type="dxa" w:w="576"/>
          </w:tcPr>
          <w:p>
            <w:r/>
            <w:r>
              <w:rPr>
                <w:sz w:val="18"/>
              </w:rPr>
              <w:t>3</w:t>
            </w:r>
          </w:p>
        </w:tc>
        <w:tc>
          <w:tcPr>
            <w:tcW w:type="dxa" w:w="4176"/>
          </w:tcPr>
          <w:p>
            <w:r/>
            <w:r>
              <w:rPr>
                <w:sz w:val="18"/>
              </w:rPr>
            </w:r>
          </w:p>
        </w:tc>
        <w:tc>
          <w:tcPr>
            <w:tcW w:type="dxa" w:w="576"/>
          </w:tcPr>
          <w:p>
            <w:r/>
            <w:r>
              <w:rPr>
                <w:sz w:val="18"/>
              </w:rPr>
              <w:t>9</w:t>
            </w:r>
          </w:p>
        </w:tc>
        <w:tc>
          <w:tcPr>
            <w:tcW w:type="dxa" w:w="4176"/>
          </w:tcPr>
          <w:p>
            <w:r/>
            <w:r>
              <w:rPr>
                <w:sz w:val="18"/>
              </w:rPr>
            </w:r>
          </w:p>
        </w:tc>
      </w:tr>
      <w:tr>
        <w:trPr>
          <w:trHeight w:val="403"/>
        </w:trPr>
        <w:tc>
          <w:tcPr>
            <w:tcW w:type="dxa" w:w="576"/>
          </w:tcPr>
          <w:p>
            <w:r/>
            <w:r>
              <w:rPr>
                <w:sz w:val="18"/>
              </w:rPr>
              <w:t>4</w:t>
            </w:r>
          </w:p>
        </w:tc>
        <w:tc>
          <w:tcPr>
            <w:tcW w:type="dxa" w:w="4176"/>
          </w:tcPr>
          <w:p>
            <w:r/>
            <w:r>
              <w:rPr>
                <w:sz w:val="18"/>
              </w:rPr>
            </w:r>
          </w:p>
        </w:tc>
        <w:tc>
          <w:tcPr>
            <w:tcW w:type="dxa" w:w="576"/>
          </w:tcPr>
          <w:p>
            <w:r/>
            <w:r>
              <w:rPr>
                <w:sz w:val="18"/>
              </w:rPr>
              <w:t>10</w:t>
            </w:r>
          </w:p>
        </w:tc>
        <w:tc>
          <w:tcPr>
            <w:tcW w:type="dxa" w:w="4176"/>
          </w:tcPr>
          <w:p>
            <w:r/>
            <w:r>
              <w:rPr>
                <w:sz w:val="18"/>
              </w:rPr>
            </w:r>
          </w:p>
        </w:tc>
      </w:tr>
      <w:tr>
        <w:trPr>
          <w:trHeight w:val="403"/>
        </w:trPr>
        <w:tc>
          <w:tcPr>
            <w:tcW w:type="dxa" w:w="576"/>
          </w:tcPr>
          <w:p>
            <w:r/>
            <w:r>
              <w:rPr>
                <w:sz w:val="18"/>
              </w:rPr>
              <w:t>5</w:t>
            </w:r>
          </w:p>
        </w:tc>
        <w:tc>
          <w:tcPr>
            <w:tcW w:type="dxa" w:w="4176"/>
          </w:tcPr>
          <w:p>
            <w:r/>
            <w:r>
              <w:rPr>
                <w:sz w:val="18"/>
              </w:rPr>
            </w:r>
          </w:p>
        </w:tc>
        <w:tc>
          <w:tcPr>
            <w:tcW w:type="dxa" w:w="576"/>
          </w:tcPr>
          <w:p>
            <w:r/>
            <w:r>
              <w:rPr>
                <w:sz w:val="18"/>
              </w:rPr>
              <w:t>11</w:t>
            </w:r>
          </w:p>
        </w:tc>
        <w:tc>
          <w:tcPr>
            <w:tcW w:type="dxa" w:w="4176"/>
          </w:tcPr>
          <w:p>
            <w:r/>
            <w:r>
              <w:rPr>
                <w:sz w:val="18"/>
              </w:rPr>
            </w:r>
          </w:p>
        </w:tc>
      </w:tr>
      <w:tr>
        <w:trPr>
          <w:trHeight w:val="403"/>
        </w:trPr>
        <w:tc>
          <w:tcPr>
            <w:tcW w:type="dxa" w:w="576"/>
          </w:tcPr>
          <w:p>
            <w:r/>
            <w:r>
              <w:rPr>
                <w:sz w:val="18"/>
              </w:rPr>
              <w:t>6</w:t>
            </w:r>
          </w:p>
        </w:tc>
        <w:tc>
          <w:tcPr>
            <w:tcW w:type="dxa" w:w="4176"/>
          </w:tcPr>
          <w:p>
            <w:r/>
            <w:r>
              <w:rPr>
                <w:sz w:val="18"/>
              </w:rPr>
            </w:r>
          </w:p>
        </w:tc>
        <w:tc>
          <w:tcPr>
            <w:tcW w:type="dxa" w:w="576"/>
          </w:tcPr>
          <w:p>
            <w:r/>
            <w:r>
              <w:rPr>
                <w:sz w:val="18"/>
              </w:rPr>
              <w:t>12</w:t>
            </w:r>
          </w:p>
        </w:tc>
        <w:tc>
          <w:tcPr>
            <w:tcW w:type="dxa" w:w="4176"/>
          </w:tcPr>
          <w:p>
            <w:r/>
            <w:r>
              <w:rPr>
                <w:sz w:val="18"/>
              </w:rPr>
            </w:r>
          </w:p>
        </w:tc>
      </w:tr>
    </w:tbl>
    <w:p>
      <w:pPr>
        <w:spacing w:after="200" w:before="0"/>
      </w:pPr>
      <w:r>
        <w:rPr>
          <w:b w:val="0"/>
          <w:i w:val="0"/>
          <w:sz w:val="20"/>
        </w:rPr>
      </w:r>
    </w:p>
    <w:p>
      <w:pPr>
        <w:spacing w:after="280" w:before="0"/>
      </w:pPr>
      <w:r>
        <w:rPr>
          <w:b/>
          <w:i w:val="0"/>
          <w:sz w:val="20"/>
        </w:rPr>
        <w:t>Patrol Box # / ID: __________     Binder lives in: ____________________     Year: ______</w:t>
      </w:r>
    </w:p>
    <w:tbl>
      <w:tblPr>
        <w:tblStyle w:val="TableGrid"/>
        <w:tblW w:type="auto" w:w="0"/>
        <w:jc w:val="center"/>
        <w:tblLook w:firstColumn="1" w:firstRow="1" w:lastColumn="0" w:lastRow="0" w:noHBand="0" w:noVBand="1" w:val="04A0"/>
      </w:tblPr>
      <w:tblGrid>
        <w:gridCol w:w="10512"/>
      </w:tblGrid>
      <w:tr>
        <w:tc>
          <w:tcPr>
            <w:tcW w:type="dxa" w:w="9504"/>
            <w:shd w:val="clear" w:color="auto" w:fill="FDE4E8"/>
          </w:tcPr>
          <w:p>
            <w:r/>
            <w:r>
              <w:rPr>
                <w:b/>
                <w:color w:val="7A0000"/>
                <w:sz w:val="20"/>
              </w:rPr>
              <w:t>THE GOLDEN RULE</w:t>
            </w:r>
          </w:p>
        </w:tc>
      </w:tr>
      <w:tr>
        <w:tc>
          <w:tcPr>
            <w:tcW w:type="dxa" w:w="9504"/>
          </w:tcPr>
          <w:p>
            <w:r/>
            <w:r>
              <w:rPr>
                <w:sz w:val="20"/>
              </w:rPr>
              <w:t>Inventory is completed at the END of every campout, BEFORE the patrol box is closed and stowed in the trailer. No signed inventory sheet = the box is not done.</w:t>
            </w:r>
          </w:p>
        </w:tc>
      </w:tr>
    </w:tbl>
    <w:p>
      <w:r>
        <w:br w:type="page"/>
      </w:r>
    </w:p>
    <w:p>
      <w:pPr>
        <w:spacing w:after="40" w:before="0"/>
      </w:pPr>
      <w:r>
        <w:rPr>
          <w:b/>
          <w:i w:val="0"/>
          <w:color w:val="C8102E"/>
          <w:sz w:val="36"/>
        </w:rPr>
        <w:t>How to Use This Binder</w:t>
      </w:r>
    </w:p>
    <w:p>
      <w:pPr>
        <w:spacing w:after="120"/>
        <w:pBdr>
          <w:bottom w:val="single" w:sz="18" w:space="1" w:color="FFD200"/>
        </w:pBdr>
      </w:pPr>
    </w:p>
    <w:p>
      <w:pPr>
        <w:spacing w:after="120" w:before="0"/>
      </w:pPr>
      <w:r>
        <w:rPr>
          <w:b w:val="0"/>
          <w:i/>
          <w:color w:val="7A0000"/>
          <w:sz w:val="18"/>
        </w:rPr>
        <w:t>Keep this binder IN the patrol box. It travels to every campout and comes home with the box.</w:t>
      </w:r>
    </w:p>
    <w:p>
      <w:pPr>
        <w:spacing w:after="80" w:before="0"/>
      </w:pPr>
      <w:r>
        <w:rPr>
          <w:b w:val="0"/>
          <w:i w:val="0"/>
          <w:sz w:val="19"/>
        </w:rPr>
        <w:t>The problem this binder solves: at the start of every campout nobody knows what is left in the patrol box. The fix is simple. Count everything at the end of each campout, write it down here, and hand the restock list to the next Grubmaster.</w:t>
      </w:r>
    </w:p>
    <w:p>
      <w:pPr>
        <w:spacing w:after="40" w:before="0"/>
      </w:pPr>
      <w:r>
        <w:rPr>
          <w:b/>
          <w:i w:val="0"/>
          <w:color w:val="C8102E"/>
          <w:sz w:val="24"/>
        </w:rPr>
        <w:t>Roles</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Role</w:t>
            </w:r>
          </w:p>
        </w:tc>
        <w:tc>
          <w:tcPr>
            <w:tcW w:type="dxa" w:w="7056"/>
            <w:shd w:val="clear" w:color="auto" w:fill="FFD200"/>
          </w:tcPr>
          <w:p>
            <w:r/>
            <w:r>
              <w:rPr>
                <w:b/>
                <w:color w:val="7A0000"/>
                <w:sz w:val="17"/>
              </w:rPr>
              <w:t>Responsibilities</w:t>
            </w:r>
          </w:p>
        </w:tc>
      </w:tr>
      <w:tr>
        <w:tc>
          <w:tcPr>
            <w:tcW w:type="dxa" w:w="2448"/>
          </w:tcPr>
          <w:p>
            <w:r/>
            <w:r>
              <w:rPr>
                <w:sz w:val="17"/>
              </w:rPr>
              <w:t>Grubmaster (rotates each campout)</w:t>
            </w:r>
          </w:p>
        </w:tc>
        <w:tc>
          <w:tcPr>
            <w:tcW w:type="dxa" w:w="7056"/>
          </w:tcPr>
          <w:p>
            <w:r/>
            <w:r>
              <w:rPr>
                <w:sz w:val="17"/>
              </w:rPr>
              <w:t>Plans the menu with the patrol using the Meal Planning Worksheet and Menu Planner. Checks the latest End-of-Campout Inventory and Staples List BEFORE shopping. Builds the shopping list, buys the food, keeps the receipt and turns it in for reimbursement. Leads cooking and makes sure the kitchen is cleaned up.</w:t>
            </w:r>
          </w:p>
        </w:tc>
      </w:tr>
      <w:tr>
        <w:tc>
          <w:tcPr>
            <w:tcW w:type="dxa" w:w="2448"/>
          </w:tcPr>
          <w:p>
            <w:r/>
            <w:r>
              <w:rPr>
                <w:sz w:val="17"/>
              </w:rPr>
              <w:t>Patrol Quartermaster</w:t>
            </w:r>
          </w:p>
        </w:tc>
        <w:tc>
          <w:tcPr>
            <w:tcW w:type="dxa" w:w="7056"/>
          </w:tcPr>
          <w:p>
            <w:r/>
            <w:r>
              <w:rPr>
                <w:sz w:val="17"/>
              </w:rPr>
              <w:t>Owns the patrol box. Checks equipment out and back in. Leads the End-of-Campout Inventory, marks broken, missing or dirty items, and puts anything that needs replacing on the Restock List. Gives the completed sheet to the Troop Quartermaster.</w:t>
            </w:r>
          </w:p>
        </w:tc>
      </w:tr>
      <w:tr>
        <w:tc>
          <w:tcPr>
            <w:tcW w:type="dxa" w:w="2448"/>
          </w:tcPr>
          <w:p>
            <w:r/>
            <w:r>
              <w:rPr>
                <w:sz w:val="17"/>
              </w:rPr>
              <w:t>Patrol Leader</w:t>
            </w:r>
          </w:p>
        </w:tc>
        <w:tc>
          <w:tcPr>
            <w:tcW w:type="dxa" w:w="7056"/>
          </w:tcPr>
          <w:p>
            <w:r/>
            <w:r>
              <w:rPr>
                <w:sz w:val="17"/>
              </w:rPr>
              <w:t>Assigns the Grubmaster and builds the Duty Roster so every Scout cooks and cleans. Signs the End-of-Campout Inventory with the Patrol Quartermaster.</w:t>
            </w:r>
          </w:p>
        </w:tc>
      </w:tr>
      <w:tr>
        <w:tc>
          <w:tcPr>
            <w:tcW w:type="dxa" w:w="2448"/>
          </w:tcPr>
          <w:p>
            <w:r/>
            <w:r>
              <w:rPr>
                <w:sz w:val="17"/>
              </w:rPr>
              <w:t>Troop Quartermaster</w:t>
            </w:r>
          </w:p>
        </w:tc>
        <w:tc>
          <w:tcPr>
            <w:tcW w:type="dxa" w:w="7056"/>
          </w:tcPr>
          <w:p>
            <w:r/>
            <w:r>
              <w:rPr>
                <w:sz w:val="17"/>
              </w:rPr>
              <w:t>Checks boxes before they go into the trailer, keeps track of troop-owned gear and fuel, and helps get worn equipment replaced.</w:t>
            </w:r>
          </w:p>
        </w:tc>
      </w:tr>
      <w:tr>
        <w:tc>
          <w:tcPr>
            <w:tcW w:type="dxa" w:w="2448"/>
          </w:tcPr>
          <w:p>
            <w:r/>
            <w:r>
              <w:rPr>
                <w:sz w:val="17"/>
              </w:rPr>
              <w:t>Adult leader</w:t>
            </w:r>
          </w:p>
        </w:tc>
        <w:tc>
          <w:tcPr>
            <w:tcW w:type="dxa" w:w="7056"/>
          </w:tcPr>
          <w:p>
            <w:r/>
            <w:r>
              <w:rPr>
                <w:sz w:val="17"/>
              </w:rPr>
              <w:t>Coaches; does not do it for the Scouts. Signs as inspector at the end of the campout.</w:t>
            </w:r>
          </w:p>
        </w:tc>
      </w:tr>
    </w:tbl>
    <w:p>
      <w:pPr>
        <w:spacing w:after="80" w:before="0"/>
      </w:pPr>
      <w:r>
        <w:rPr>
          <w:b w:val="0"/>
          <w:i w:val="0"/>
          <w:sz w:val="20"/>
        </w:rPr>
      </w:r>
    </w:p>
    <w:p>
      <w:pPr>
        <w:spacing w:after="40" w:before="0"/>
      </w:pPr>
      <w:r>
        <w:rPr>
          <w:b/>
          <w:i w:val="0"/>
          <w:color w:val="C8102E"/>
          <w:sz w:val="24"/>
        </w:rPr>
        <w:t>The campout cycle</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When</w:t>
            </w:r>
          </w:p>
        </w:tc>
        <w:tc>
          <w:tcPr>
            <w:tcW w:type="dxa" w:w="7056"/>
            <w:shd w:val="clear" w:color="auto" w:fill="FFD200"/>
          </w:tcPr>
          <w:p>
            <w:r/>
            <w:r>
              <w:rPr>
                <w:b/>
                <w:color w:val="7A0000"/>
                <w:sz w:val="17"/>
              </w:rPr>
              <w:t>What to do (and which page)</w:t>
            </w:r>
          </w:p>
        </w:tc>
      </w:tr>
      <w:tr>
        <w:tc>
          <w:tcPr>
            <w:tcW w:type="dxa" w:w="2448"/>
          </w:tcPr>
          <w:p>
            <w:r/>
            <w:r>
              <w:rPr>
                <w:sz w:val="17"/>
              </w:rPr>
              <w:t>1. Planning (PLC / patrol meeting)</w:t>
            </w:r>
          </w:p>
        </w:tc>
        <w:tc>
          <w:tcPr>
            <w:tcW w:type="dxa" w:w="7056"/>
          </w:tcPr>
          <w:p>
            <w:r/>
            <w:r>
              <w:rPr>
                <w:sz w:val="17"/>
              </w:rPr>
              <w:t>Grubmaster pulls the most recent End-of-Campout Inventory, fills out the Meal Planning Worksheet and Menu Planner. Anything marked LOW or OUT on the Staples List goes on the Shopping / Restock List. Patrol Leader fills in the Duty Roster.</w:t>
            </w:r>
          </w:p>
        </w:tc>
      </w:tr>
      <w:tr>
        <w:tc>
          <w:tcPr>
            <w:tcW w:type="dxa" w:w="2448"/>
          </w:tcPr>
          <w:p>
            <w:r/>
            <w:r>
              <w:rPr>
                <w:sz w:val="17"/>
              </w:rPr>
              <w:t>2. Shopping</w:t>
            </w:r>
          </w:p>
        </w:tc>
        <w:tc>
          <w:tcPr>
            <w:tcW w:type="dxa" w:w="7056"/>
          </w:tcPr>
          <w:p>
            <w:r/>
            <w:r>
              <w:rPr>
                <w:sz w:val="17"/>
              </w:rPr>
              <w:t>Buy ONLY what is on the Shopping / Restock List. Check items off as you buy them. Keep the receipt and tape it to the list.</w:t>
            </w:r>
          </w:p>
        </w:tc>
      </w:tr>
      <w:tr>
        <w:tc>
          <w:tcPr>
            <w:tcW w:type="dxa" w:w="2448"/>
          </w:tcPr>
          <w:p>
            <w:r/>
            <w:r>
              <w:rPr>
                <w:sz w:val="17"/>
              </w:rPr>
              <w:t>3. At camp</w:t>
            </w:r>
          </w:p>
        </w:tc>
        <w:tc>
          <w:tcPr>
            <w:tcW w:type="dxa" w:w="7056"/>
          </w:tcPr>
          <w:p>
            <w:r/>
            <w:r>
              <w:rPr>
                <w:sz w:val="17"/>
              </w:rPr>
              <w:t>Follow the Menu Planner and Duty Roster. Keep food cold, cook safely, clean as you go.</w:t>
            </w:r>
          </w:p>
        </w:tc>
      </w:tr>
      <w:tr>
        <w:tc>
          <w:tcPr>
            <w:tcW w:type="dxa" w:w="2448"/>
          </w:tcPr>
          <w:p>
            <w:r/>
            <w:r>
              <w:rPr>
                <w:sz w:val="17"/>
              </w:rPr>
              <w:t>4. End of campout</w:t>
            </w:r>
          </w:p>
        </w:tc>
        <w:tc>
          <w:tcPr>
            <w:tcW w:type="dxa" w:w="7056"/>
          </w:tcPr>
          <w:p>
            <w:r/>
            <w:r>
              <w:rPr>
                <w:sz w:val="17"/>
              </w:rPr>
              <w:t>Patrol Quartermaster leads the End-of-Campout Inventory with the patrol. Mark counts and condition. Patrol Leader and an adult leader sign. Restock needs go on the next Shopping / Restock List.</w:t>
            </w:r>
          </w:p>
        </w:tc>
      </w:tr>
      <w:tr>
        <w:tc>
          <w:tcPr>
            <w:tcW w:type="dxa" w:w="2448"/>
          </w:tcPr>
          <w:p>
            <w:r/>
            <w:r>
              <w:rPr>
                <w:sz w:val="17"/>
              </w:rPr>
              <w:t>5. After the campout</w:t>
            </w:r>
          </w:p>
        </w:tc>
        <w:tc>
          <w:tcPr>
            <w:tcW w:type="dxa" w:w="7056"/>
          </w:tcPr>
          <w:p>
            <w:r/>
            <w:r>
              <w:rPr>
                <w:sz w:val="17"/>
              </w:rPr>
              <w:t>Turn in the receipt for reimbursement. Report broken or missing gear to the Troop Quartermaster.</w:t>
            </w:r>
          </w:p>
        </w:tc>
      </w:tr>
    </w:tbl>
    <w:p>
      <w:pPr>
        <w:spacing w:after="80" w:before="0"/>
      </w:pPr>
      <w:r>
        <w:rPr>
          <w:b w:val="0"/>
          <w:i w:val="0"/>
          <w:sz w:val="20"/>
        </w:rPr>
      </w:r>
    </w:p>
    <w:p>
      <w:pPr>
        <w:spacing w:after="40" w:before="0"/>
      </w:pPr>
      <w:r>
        <w:rPr>
          <w:b/>
          <w:i w:val="0"/>
          <w:color w:val="C8102E"/>
          <w:sz w:val="24"/>
        </w:rPr>
        <w:t>Reimbursement</w:t>
      </w:r>
    </w:p>
    <w:p>
      <w:pPr>
        <w:spacing w:after="80" w:before="0"/>
      </w:pPr>
      <w:r>
        <w:rPr>
          <w:b w:val="0"/>
          <w:i w:val="0"/>
          <w:sz w:val="19"/>
        </w:rPr>
        <w:t>The Grubmaster buys food for the patrol and sends the receipt to the Troop Treasurer, copying the Scoutmaster. Write the patrol, campout and Grubmaster on the receipt. Confirm the current rules and any budget per Scout with the Scoutmaster.</w:t>
      </w:r>
    </w:p>
    <w:p>
      <w:r>
        <w:br w:type="page"/>
      </w:r>
    </w:p>
    <w:p>
      <w:pPr>
        <w:spacing w:after="40" w:before="0"/>
      </w:pPr>
      <w:r>
        <w:rPr>
          <w:b/>
          <w:i w:val="0"/>
          <w:color w:val="C8102E"/>
          <w:sz w:val="36"/>
        </w:rPr>
        <w:t>Equipment Checklist (1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Cooking</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Two-burner propane stove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Propane cylinders (1 lb) / adapter hose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Dutch oven + lid lifter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Large stock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Medium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Frying pan / skillet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Griddle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Coffee / water pot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Spatulas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Serving spoons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Slotted spoon</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Tongs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Whisk</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Can opener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Vegetable peeler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Chef knife + sheath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Paring knife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Cutting boards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Measuring cups &amp; spoons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Mixing bowls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Pot holders / oven mitts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Lighter / matches (waterproof)</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Aluminum foil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Equipment Checklist (2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Cleanup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Wash basins (3: wash, rinse, sanitize)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soap (biodegradable)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Sanitizer tablets / bleach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Scrub pads / sponges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Trash bags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Paper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Hand-wash station / soap</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Food scraper / strainer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pPr>
        <w:spacing w:after="40" w:before="0"/>
      </w:pPr>
      <w:r>
        <w:rPr>
          <w:b/>
          <w:i w:val="0"/>
          <w:color w:val="C8102E"/>
          <w:sz w:val="22"/>
        </w:rPr>
        <w:t>Camp &amp; safety</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Dining fly / tarp + poles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Table cloth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Water jugs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Lantern + batteries / fuel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First aid kit (patrol)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Fire extinguisher / fire bucket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Rope / bungee cords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Duct tape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Zip-top bags (assorted)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Cooler(s)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Ice / ice packs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Staples List</w:t>
      </w:r>
    </w:p>
    <w:p>
      <w:pPr>
        <w:spacing w:after="120"/>
        <w:pBdr>
          <w:bottom w:val="single" w:sz="18" w:space="1" w:color="FFD200"/>
        </w:pBdr>
      </w:pPr>
    </w:p>
    <w:p>
      <w:pPr>
        <w:spacing w:after="120" w:before="0"/>
      </w:pPr>
      <w:r>
        <w:rPr>
          <w:b w:val="0"/>
          <w:i/>
          <w:color w:val="7A0000"/>
          <w:sz w:val="18"/>
        </w:rPr>
        <w:t>Check the level of each staple at the end of every campout. LOW or OUT goes on the Shopping / Restock List.</w:t>
      </w:r>
    </w:p>
    <w:tbl>
      <w:tblPr>
        <w:tblStyle w:val="TableGrid"/>
        <w:tblW w:type="auto" w:w="0"/>
        <w:jc w:val="center"/>
        <w:tblLook w:firstColumn="1" w:firstRow="1" w:lastColumn="0" w:lastRow="0" w:noHBand="0" w:noVBand="1" w:val="04A0"/>
      </w:tblPr>
      <w:tblGrid>
        <w:gridCol w:w="1314"/>
        <w:gridCol w:w="1314"/>
        <w:gridCol w:w="1314"/>
        <w:gridCol w:w="1314"/>
        <w:gridCol w:w="1314"/>
        <w:gridCol w:w="1314"/>
        <w:gridCol w:w="1314"/>
        <w:gridCol w:w="1314"/>
      </w:tblGrid>
      <w:tr>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r>
      <w:tr>
        <w:tc>
          <w:tcPr>
            <w:tcW w:type="dxa" w:w="2448"/>
          </w:tcPr>
          <w:p>
            <w:r/>
            <w:r>
              <w:rPr>
                <w:sz w:val="17"/>
              </w:rPr>
              <w:t>Salt</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Peanut butter</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Pepper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Honey</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Garlic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Coffee / tea / cocoa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Chili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Drink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Cinnamon</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Rice / pasta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Oatmeal</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Brown 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Pancake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Flour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Paper plates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Cooking oil / spray</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Cups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Syrup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Plastic utensils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Ketchup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Napkins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Mustard</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Zip-top bags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Hot sauce</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Foil</w:t>
            </w:r>
          </w:p>
        </w:tc>
        <w:tc>
          <w:tcPr>
            <w:tcW w:type="dxa" w:w="576"/>
          </w:tcPr>
          <w:p>
            <w:r/>
            <w:r>
              <w:rPr>
                <w:sz w:val="17"/>
              </w:rPr>
              <w:t>☐</w:t>
            </w:r>
          </w:p>
        </w:tc>
        <w:tc>
          <w:tcPr>
            <w:tcW w:type="dxa" w:w="576"/>
          </w:tcPr>
          <w:p>
            <w:r/>
            <w:r>
              <w:rPr>
                <w:sz w:val="17"/>
              </w:rPr>
              <w:t>☐</w:t>
            </w:r>
          </w:p>
        </w:tc>
        <w:tc>
          <w:tcPr>
            <w:tcW w:type="dxa" w:w="576"/>
          </w:tcPr>
          <w:p>
            <w:r/>
            <w:r>
              <w:rPr>
                <w:sz w:val="17"/>
              </w:rPr>
              <w:t>☐</w:t>
            </w:r>
          </w:p>
        </w:tc>
      </w:tr>
    </w:tbl>
    <w:p>
      <w:pPr>
        <w:spacing w:after="80" w:before="0"/>
      </w:pPr>
      <w:r>
        <w:rPr>
          <w:b w:val="0"/>
          <w:i w:val="0"/>
          <w:sz w:val="20"/>
        </w:rPr>
      </w:r>
    </w:p>
    <w:p>
      <w:pPr>
        <w:spacing w:after="80" w:before="0"/>
      </w:pPr>
      <w:r>
        <w:rPr>
          <w:b w:val="0"/>
          <w:i w:val="0"/>
          <w:sz w:val="18"/>
        </w:rPr>
        <w:t>Other staples: _____________________________________________________________</w:t>
      </w:r>
    </w:p>
    <w:p>
      <w:pPr>
        <w:spacing w:after="80" w:before="0"/>
      </w:pPr>
      <w:r>
        <w:rPr>
          <w:b/>
          <w:i w:val="0"/>
          <w:color w:val="C8102E"/>
          <w:sz w:val="19"/>
        </w:rPr>
        <w:t>Staples are shelf-stable only. Perishables (bread, eggs, etc.) go on the Shopping list.</w:t>
      </w:r>
    </w:p>
    <w:p>
      <w:r>
        <w:br w:type="page"/>
      </w:r>
    </w:p>
    <w:p>
      <w:pPr>
        <w:spacing w:after="40" w:before="0"/>
      </w:pPr>
      <w:r>
        <w:rPr>
          <w:b/>
          <w:i w:val="0"/>
          <w:color w:val="C8102E"/>
          <w:sz w:val="36"/>
        </w:rPr>
        <w:t>End-of-Campout Inventory (1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(2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(3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(4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Shopping / Restock List (1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Shopping / Restock List (2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Meal Planning Worksheet (1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Meal Planning Worksheet (2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Menu Planner (1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Menu Planner (2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Duty Roster (1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p>
      <w:r>
        <w:br w:type="page"/>
      </w:r>
    </w:p>
    <w:p>
      <w:pPr>
        <w:spacing w:after="40" w:before="0"/>
      </w:pPr>
      <w:r>
        <w:rPr>
          <w:b/>
          <w:i w:val="0"/>
          <w:color w:val="C8102E"/>
          <w:sz w:val="36"/>
        </w:rPr>
        <w:t>Duty Roster (2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Troop 121 • Raccoon Patrol • Grubmaster &amp; Quartermaster Binder • Page </w:t>
    </w:r>
    <w:r>
      <w:rPr>
        <w:sz w:val="14"/>
      </w:rPr>
      <w:fldChar w:fldCharType="begin"/>
    </w:r>
    <w:r>
      <w:rPr>
        <w:sz w:val="14"/>
      </w:rPr>
      <w:instrText xml:space="preserve">PAGE</w:instrText>
    </w:r>
    <w:r>
      <w:rPr>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